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NX-CL-RX2056-V56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NX-CL-RX2056-V56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5623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23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NX-CL-RX2056-V56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password, mechanical key smart door lock. Designed for residential,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NX-CL-RX2056-V56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NX-CL-RX2056-V56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NX-CL-RX2056-V56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NX-CL-RX2056-V56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NX-CL-RX2056-V56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