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Cabinet Lock NX-CL-2067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NX-CL-2067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437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7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728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9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8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NX-CL-2067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NX-CL-2067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NX-CL-2067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NX-CL-2067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Cabinet Lock NX-CL-2067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NX-CL-2067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NX-CL-2067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