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Cabinet Lock NX-CL-2065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NX-CL-2065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3590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7_unknow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90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NX-CL-2065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lock. Designed for residential,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NX-CL-2065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NX-CL-2065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Cabinet Lock NX-CL-2065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NX-CL-2065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App-Enabled Smart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App-Enabled Smart Locks</dc:title>
  <dc:subject>NexPro English product specification</dc:subject>
  <dc:creator>NexPro</dc:creator>
  <cp:keywords>NX-CL-2065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