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Smartphone App IC Card Password Cabinet Lock NX-CL-2031-S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NX-CL-2031-S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817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9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NX-CL-2031-S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lock. Designed for residential,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NX-CL-2031-S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Office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NX-CL-2031-S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Cabinet Lock NX-CL-2031-S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Cabinet &amp; Locker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Cabinet &amp; Locker Locks; Cabinet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NX-CL-2031-S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App-Enabled Smart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App-Enabled Smart Locks</dc:title>
  <dc:subject>NexPro English product specification</dc:subject>
  <dc:creator>NexPro</dc:creator>
  <cp:keywords>NX-CL-2031-S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