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Password Cabinet Lock NX-CL-169-BT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NX-CL-169-BT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721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1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1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NX-CL-169-BT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smartphone app,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NX-CL-169-BT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NX-CL-169-BT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Password Cabinet Lock NX-CL-169-BT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NX-CL-169-BT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NX-CL-169-BT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