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NX-CL-162-KEY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NX-CL-162-KEY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872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7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NX-CL-162-KEY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NX-CL-162-KEY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NX-CL-162-KEY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NX-CL-162-KEY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NX-CL-162-KEY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NX-CL-162-KEY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