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NX-CL-138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NX-CL-138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3746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46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NX-CL-138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NX-CL-138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NX-CL-138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NX-CL-138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NX-CL-138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NX-CL-138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