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NX-CL-138-V169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NX-CL-138-V169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1423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3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23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NX-CL-138-V169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NX-CL-138-V169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NX-CL-138-V169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NX-CL-138-V169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NX-CL-138-V169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Cabinet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Cabinet Electronic Locks</dc:title>
  <dc:subject>NexPro English product specification</dc:subject>
  <dc:creator>NexPro</dc:creator>
  <cp:keywords>NX-CL-138-V169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