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Password Cabinet Lock NX-CL-138-V165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NX-CL-138-V165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52107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330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10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NX-CL-138-V165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cabinet smart lock with password unlocking. Designed for cabinet, drawer, and locker security in office, home, and commercial furniture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NX-CL-138-V165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Cabinet, Office, Furniture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NX-CL-138-V165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Password Cabinet Lock NX-CL-138-V165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Furniture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NX-CL-138-V165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Cabinet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Cabinet Electronic Locks</dc:title>
  <dc:subject>NexPro English product specification</dc:subject>
  <dc:creator>NexPro</dc:creator>
  <cp:keywords>NX-CL-138-V165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