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NX-CL-126-V167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NX-CL-126-V167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47254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25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NX-CL-126-V167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NX-CL-126-V167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NX-CL-126-V167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NX-CL-126-V167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NX-CL-126-V167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NX-CL-126-V167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