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NX-CL-118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NX-CL-118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03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3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NX-CL-118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NX-CL-118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NX-CL-118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NX-CL-118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NX-CL-118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