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NX-BL-RX2031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NX-BL-RX2031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32172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17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NX-BL-RX2031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NX-BL-RX2031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NX-BL-RX2031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NX-BL-RX2031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NX-BL-RX2031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NX-BL-RX2031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