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NX-BL-2067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NX-BL-2067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2367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67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NX-BL-2067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NX-BL-2067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NX-BL-2067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NX-BL-2067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NX-BL-2067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NX-BL-2067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