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NX-BL-2060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NX-BL-2060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4839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9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5589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0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58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NX-BL-2060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NX-BL-2060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NX-BL-2060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NX-BL-2060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NX-BL-2060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NX-BL-2060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NX-BL-2060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