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NX-BL-2031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NX-BL-2031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0752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3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52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918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4_varian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918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NX-BL-2031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NX-BL-2031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NX-BL-2031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NX-BL-2031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