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IC Card Password Bluetooth Lock NX-BL-2031-ANTI-THEFT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NX-BL-2031-ANTI-THEFT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6655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81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655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15592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80_scene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59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NX-BL-2031-ANTI-THEFT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NX-BL-2031-ANTI-THEFT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card, password, mechanical key smart door lock with zinc alloy, abs plastic construction. Designed for apartment, rental property,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NX-BL-2031-ANTI-THEFT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Rental Property, Office, 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NX-BL-2031-ANTI-THEFT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Bluetooth Lock NX-BL-2031-ANTI-THEFT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Bluetooth &amp; App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&amp; App Locks; Bluetooth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Bluetooth standard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4.0 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 card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MIFARE M1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Supported mobile systems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Android 4.3 / 10 or above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~1.5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Door opening methods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APP, password, IC card,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IC card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200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 alkaline dry batteries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battery 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4.8V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Standby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 microamperes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200 mA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-40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Key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Capacitive touch button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 sends password / unlimited custom / 150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Temporary password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Temporary password can be added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Rental Property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NX-BL-2031-ANTI-THEFT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App-Enabled Smart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App-Enabled Smart Locks</dc:title>
  <dc:subject>NexPro English product specification</dc:subject>
  <dc:creator>NexPro</dc:creator>
  <cp:keywords>NX-BL-2031-ANTI-THEFT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