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IC Card Password Bluetooth Lock NX-BL-2017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NX-BL-2017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9266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86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66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NX-BL-2017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card, password, mechanical key smart door lock with zinc alloy, abs plastic construction. Designed for apartment, rental property,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App-Enabled Smart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NX-BL-2017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Apartment, Rental Property, Office, 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NX-BL-2017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IC Card Password Bluetooth Lock NX-BL-2017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Bluetooth &amp; App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IC Card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Apartment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&amp; App Locks; Bluetooth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IC Card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Apartment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Bluetooth standard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4.0 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 card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MIFARE M1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Supported mobile systems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Android 4.3 / 10 or above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~1.5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Door opening methods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APP, password, IC card,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IC card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200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 alkaline dry batteries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Low battery alarm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4.8V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Standby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 microamperes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200 mA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-40 to 70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Key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Capacitive touch button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 sends password / unlimited custom / 150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Temporary password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Temporary password can be added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App-Enabled Smart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Rental Property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NX-BL-2017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App-Enabled Smart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App-Enabled Smart Locks</dc:title>
  <dc:subject>NexPro English product specification</dc:subject>
  <dc:creator>NexPro</dc:creator>
  <cp:keywords>NX-BL-2017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