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IC Card Password Bluetooth Lock NX-BL-2017-V40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NX-BL-2017-V40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9183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87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83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52627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88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62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23302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0_main_product_imag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30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NX-BL-2017-V40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NX-BL-2017-V40 · Gallery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NX-BL-2017-V40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 with zinc alloy, abs plastic construction. Designed for apartment, rental property,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NX-BL-2017-V40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Rental Property, Office, 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NX-BL-2017-V40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Bluetooth Lock NX-BL-2017-V40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Bluetooth &amp; App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&amp; App Locks; Bluetooth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Bluetooth standard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4.0 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 card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MIFARE M1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Supported mobile systems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Android 4.3 / 10 or above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~1.5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Door opening methods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APP, password, IC card,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IC card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 alkaline dry batteries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battery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4.8V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Standby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microamperes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200 mA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-40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Key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Capacitive touch button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 sends password / unlimited custom / 150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Temporary password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Temporary password can be added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Rental Property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NX-BL-2017-V40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App-Enabled Smart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App-Enabled Smart Locks</dc:title>
  <dc:subject>NexPro English product specification</dc:subject>
  <dc:creator>NexPro</dc:creator>
  <cp:keywords>NX-BL-2017-V40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