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NX-BL-1088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NX-BL-1088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0602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02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NX-BL-1088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NX-BL-1088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NX-BL-1088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NX-BL-1088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NX-BL-1088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NX-BL-1088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