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K1 Network &amp; Server Cabinet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K1-5006 | K1-5012 | K1-6042 | K1-6638 | K1-6642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5198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6_k1_5006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5198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1082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7_k1_5006_al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108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3176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8_k1_5012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1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K1-5006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K1-5006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K1-5006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K1-5012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20871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9_k1_5012_al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8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01538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2_k1_6042_product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5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72005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3_k1_6042_front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0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K1-5012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K1-5012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K1-6042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K1-6042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and server cabinets for standard IT, networking and security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K1-5006 | K1-5012 | K1-6042 | K1-6638 | K1-6642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cabinets, CCTV and ELV equipment racks, Small server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K1-5006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K1-5006 6U wall-mount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 / wall-mount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350 × 550 × 400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6U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K1-5012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K1-5012 12U Compact Network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450 × 550 × 700 mm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12U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K1-6042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K1-6042 42U K1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1000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42U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K1-6638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K1-6638 38U K1 network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600 × 1800 mm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38U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K1-6642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K1-6642 42U K1 Cabinet (Duplicate Catalog Specification)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classification: server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states 600 × 1000 × 2000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K1-5006 | K1-5012 | K1-6042 | K1-6638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K1-5006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K1-5012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K1-6042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K1-6638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Network cabinet / wall-mount cabinet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Network cabinet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Server cabinet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Network cabinet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Dimensions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350 × 550 × 400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450 × 550 × 700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600 × 1000 × 2000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600 × 600 × 1800 mm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Height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6U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12U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42U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38U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Mounting Rail Spacing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mm (19-inch standard)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mm (19-inch standard)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mm (19-inch standard)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mm (19-inch standard)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Sheet Thickness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mounting rails 2.0 mm; other panels 1.0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mounting rails 2.0 mm; other panels 1.0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mounting rails 2.0 mm; other / main load-bearing beam approx. 1.1±0.1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mounting rails 2.0 mm; other panels 1.1 mm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Material / Finish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SPCC cold-rolled steel, degreased and powder-coated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SPCC cold-rolled steel, degreased and powder-coated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SPCC cold-rolled steel, degreased and powder-coated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SPCC cold-rolled steel, degreased and powder-coated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Series Load Capacity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Wall-mount small-cabinet load rating: ≤50 kg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Small-cabinet catalog load rating: ≤50 kg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K1 series catalog load rating: ≤600 kg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≤600kg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Standard Configuration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cage nuts and screws × 20、6Umounting rails × 4、glass door × 1、side panels × 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cage nuts and screws × 20、12Umounting rails × 4、glass door × 1、side panels × 2、shelves × 1、casters × 4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PDU × 1、cage nuts and screws × 20、M12leveling feet × 4、42Umounting rails × 4、front and rear mesh doors × 1、side panels × 2、fans × 2、shelves × 3、casters × 4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PDU × 1、cage nuts and screws × 20、M12leveling feet × 4、38Umounting rails × 4、front and rear mesh doors × 1、side panels × 2、fans × 1、shelves × 3、casters × 4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Recommended Equipment Depth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&lt;300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&lt;350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&lt;850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&lt;450 mm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K1 Network &amp; Server Cabinet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K1 Network &amp; Server Cabinet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K1 Network &amp; Server Cabinet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K1 Network &amp; Server Cabinet Series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Data Center Cabinet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Data Center Cabinet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Data Center Cabinet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Data Center Cabinet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K1-6642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classification: server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states 600 × 1000 × 2000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main load-bearing beam approx. 1.1±0.1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Same catalog specification as K1-6042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&lt;850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Network &amp;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and ELV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server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K1-5006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K1 Network &amp; Server Cabinet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K1 Network &amp; Server Cabinet Series</dc:title>
  <dc:subject>NexPro English product specification</dc:subject>
  <dc:creator>NexPro</dc:creator>
  <cp:keywords>K1-5006, K1-5012, K1-6042, K1-6638, K1-6642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