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CABINETS &amp; DATA CENTER CONTAINMENT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K5-8842 42U 800 × 800 K5 server cabinet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K5-8842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7614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86_k5_8842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14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70621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1_cabinet_features_diagram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62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K5-8842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K5-8842 · Diagram · Series Reference View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Heavy-duty 19-inch server cabinets for higher load and deeper equipment configurations.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Cabinets &amp; Data Center Containment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k5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K5-8842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rooms, Data-room racks, High-load equipment cabinets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Type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Dimensions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Height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K5-8842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K5-8842 42U 800 × 800 K5 server cabinet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Server cabinet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800 × 800 × 2000 mm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42U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Server 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800 × 800 × 2000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Height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42U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Mounting Rail Spacing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mm (19-inch standard)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Sheet Thickness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Product table: mounting rails 2.0 mm and other panels 1.1 mm; series heading: other panels 1.2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Material / Finish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SPCC cold-rolled steel, degreased and powder-coated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 Load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≤700kg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Standard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 × 1、cage nuts and screws × 20、M12leveling feet × 4、42Umounting rails × 4、front and rear mesh doors × 1、side panels × 2、fans × 1、shelves × 1、casters × 4、cable channels × 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Recommended Equipment Depth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&lt;650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K5 Heavy-Duty Server Cabinet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 Center 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rooms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Data-room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High-load equipment cabinets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K5-8842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k5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k5</dc:title>
  <dc:subject>NexPro English product specification</dc:subject>
  <dc:creator>NexPro</dc:creator>
  <cp:keywords>K5-8842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