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K5-6042 42U Reinforced K5 Server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K5-6042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835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7_k5_604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35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K5-6042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K5-6042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Heavy-duty 19-inch server cabinets for higher load and deeper equipment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K5-6042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rooms, Data-room racks, High-load equipment cabinets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K5-6042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K5-6042 42U Reinforced K5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1000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1000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main load-bearing beam 1.5 mm; panels 1.2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load rating on page 14: ≤1000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4、42Umounting rails × 4、front mesh door × 1、rear double mesh doors × 1、side panels × 2、fans × 4、shelves × 2、casters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&lt;900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 Heavy-Duty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equipment cabinets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K5-6042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k5</dc:title>
  <dc:subject>NexPro English product specification</dc:subject>
  <dc:creator>NexPro</dc:creator>
  <cp:keywords>K5-6042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