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K2-6622 22U K2 network cabinet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K2-6622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8467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4_k2_662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67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K2-6622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K2-6622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network cabinets for medium-capacity equipment installation.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K2-6622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rooms, ELV equipment cabinets, Structured cabling racks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K2-6622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K2-6622 22U K2 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600 × 1200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22U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600 × 600 × 1200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22U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other panels 1.0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≤400kg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 × 1、cage nuts and screws × 20、M12leveling feet × 4、22Umounting rails × 4、front and rear mesh doors × 1、side panels × 2、fans × 1、shelves × 1、casters × 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&lt;450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K2 Network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ELV 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Structured cabling racks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K2-6622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k2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k2</dc:title>
  <dc:subject>NexPro English product specification</dc:subject>
  <dc:creator>NexPro</dc:creator>
  <cp:keywords>K2-6622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