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CABINETS &amp; DATA CENTER CONTAINMENT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K2-6620 20U K2 network cabinet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K2-6620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462557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83_k2_6620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55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970621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71_cabinet_features_diagram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062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K2-6620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K2-6620 · Diagram · Series Reference View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19-inch network cabinets for medium-capacity equipment installation.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Cabinets &amp; Data Center Containment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K2-6620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Network rooms, ELV equipment cabinets, Structured cabling racks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Type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Dimensions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Height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K2-6620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K2-6620 20U K2 network cabinet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Network cabinet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600 × 600 × 1000 mm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20U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Network cabinet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600 × 600 × 1000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Height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20U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Mounting Rail Spacing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mm (19-inch standard)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Sheet Thickness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mounting rails 2.0 mm; other panels 1.0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Material / Finish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SPCC cold-rolled steel, degreased and powder-coated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 Load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≤400kg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Standard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PDU × 1、cage nuts and screws × 20、M12leveling feet × 4、20Umounting rails × 4、front and rear mesh doors × 1、side panels × 2、fans × 1、shelves × 1、casters × 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Recommended Equipment Depth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&lt;450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K2 Network Cabinet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 Center Cabinet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Network rooms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ELV equipment cabinets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Structured cabling racks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K2-6620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k2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k2</dc:title>
  <dc:subject>NexPro English product specification</dc:subject>
  <dc:creator>NexPro</dc:creator>
  <cp:keywords>K2-6620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