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K1-6642 42U K1 Cabinet (Duplicate Catalog Specification)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K1-6642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1595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4_k1_664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5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8554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5_k1_6642_fron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54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K1-6642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K1-6642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K1-6642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network and server cabinets for standard IT, networking and security equipment.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K1-6642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 network cabinets, CCTV and ELV equipment racks, Small server rooms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Mounting Rail Spacing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K1-6642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K1-6642 42U K1 Cabinet (Duplicate Catalog Specification)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Catalog classification: 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catalog states 600 × 1000 × 2000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485 mm (19-inch standard)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Catalog classification: server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catalog states 600 × 1000 × 2000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main load-bearing beam approx. 1.1±0.1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Same catalog specification as K1-6042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&lt;850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 Network &amp; Server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 network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and ELV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server rooms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K1-6642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k1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k1</dc:title>
  <dc:subject>NexPro English product specification</dc:subject>
  <dc:creator>NexPro</dc:creator>
  <cp:keywords>K1-6642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