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K1-6638 38U K1 network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K1-6638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1540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0_k1_6638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40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3717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1_k1_6638_al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1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K1-6638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K1-6638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K1-6638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and server cabinets for standard IT, networking and security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K1-6638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cabinets, CCTV and ELV equipment racks, Small server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K1-6638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K1-6638 38U K1 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 × 600 × 1800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38U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600 × 600 × 1800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38U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panels 1.1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≤600kg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PDU × 1、cage nuts and screws × 20、M12leveling feet × 4、38Umounting rails × 4、front and rear mesh doors × 1、side panels × 2、fans × 1、shelves × 3、casters × 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&lt;450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 Network &amp;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and ELV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server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K1-6638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k1</dc:title>
  <dc:subject>NexPro English product specification</dc:subject>
  <dc:creator>NexPro</dc:creator>
  <cp:keywords>K1-6638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