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K1-6042 42U K1 server cabinet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K1-6042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0153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2_k1_604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53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72005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3_k1_6042_fron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00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78897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2_k1_6042_al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89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K1-6042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K1-6042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K1-6042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K1-6042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network and server cabinets for standard IT, networking and security equipment.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K1-6042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cabinets, CCTV and ELV equipment racks, Small server rooms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K1-6042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K1-6042 42U K1 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1000 × 2000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42U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Server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600 × 1000 × 2000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42U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other / main load-bearing beam approx. 1.1±0.1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 Load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 series catalog load rating: ≤600 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 × 1、cage nuts and screws × 20、M12leveling feet × 4、42Umounting rails × 4、front and rear mesh doors × 1、side panels × 2、fans × 2、shelves × 3、casters × 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&lt;850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 Network &amp; Server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and ELV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server rooms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K1-6042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k1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k1</dc:title>
  <dc:subject>NexPro English product specification</dc:subject>
  <dc:creator>NexPro</dc:creator>
  <cp:keywords>K1-6042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