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K1-5012 12U Compact Network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K1-5012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9317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8_k1_501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1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2087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9_k1_5012_al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87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K1-5012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K1-5012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K1-5012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and server cabinets for standard IT, networking and security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K1-5012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cabinets, CCTV and ELV equipment racks, Small server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K1-5012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K1-5012 12U Compact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450 × 550 × 700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450 × 550 × 700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Small-cabinet catalog load rating: ≤50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cage nuts and screws × 20、12Umounting rails × 4、glass door × 1、side panels × 2、shelves × 1、casters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&lt;350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Network &amp;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and ELV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server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K1-5012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k1</dc:title>
  <dc:subject>NexPro English product specification</dc:subject>
  <dc:creator>NexPro</dc:creator>
  <cp:keywords>K1-5012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