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CABINETS &amp; DATA CENTER CONTAINMENT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K1-5006 6U wall-mount network cabinet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K1-5006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87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6_k1_500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7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18381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7_k1_5006_al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1838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0621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1_cabinet_features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062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K1-5006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network and server cabinets for standard IT, networking and security equipment.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Cabinets &amp; Data Center Containment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K1-5006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cabinets, CCTV and ELV equipment racks, Small server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Type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Height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K1-5006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K1-5006 6U wall-mount network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Network cabinet / wall-mount cabinet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350 × 550 × 400 mm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6U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Network cabinet / wall-mount 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350 × 550 × 400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Height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6U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Rail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mm (19-inch standard)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Sheet Thickness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mounting rails 2.0 mm; other panels 1.0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 / Finish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SPCC cold-rolled steel, degreased and powder-coated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 Load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Wall-mount small-cabinet load rating: ≤50 kg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cage nuts and screws × 20、6Umounting rails × 4、glass door × 1、side panels × 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Recommended Equipment Depth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&lt;300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 Network &amp; Server Cabinet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 Center 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 network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and ELV equipment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Small server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K1-5006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k1</dc:title>
  <dc:subject>NexPro English product specification</dc:subject>
  <dc:creator>NexPro</dc:creator>
  <cp:keywords>K1-5006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