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CABINETS &amp; DATA CENTER CONTAINMENT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Custom Cold Aisle Containment Series / Manufacturer Model Not Provided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COLD-AISLE-CUSTOM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6759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9_cold_aisle_system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759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60507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8_cold_aisle_cover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50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COLD-AISLE-CUSTOM · Primary · Series Reference View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COLD-AISLE-CUSTOM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Modular cold aisle containment for data centers, designed to separate hot and cold airflow and support project integration.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Cabinets &amp; Data Center Containment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cold-aisle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COLD-AISLE-CUSTOM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 centers, Server rooms, Energy-efficiency retrofit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Dimension Reference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Structure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End Door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COLD-AISLE-CUSTOM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Custom Cold Aisle Containment Series / Manufacturer Model Not Provided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Catalog illustration: aisle width approx. 700 mm; cabinet-row/module depth approx. 980 mm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Single-row or dual-row modular enclosed aisle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High-transparency tempered-glass end door; hinged or sliding configuration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Dimension Reference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Catalog illustration: aisle width approx. 700 mm; cabinet-row/module depth approx. 980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Structure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Single-row or dual-row modular enclosed aisle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End Door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High-transparency tempered-glass end door; hinged or sliding configuration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Roof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High-transparency roof skylight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Airflow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Perforated cabinet doors support aisle airflow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Integration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Can integrate with the data-room fire protection system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Expansion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Interfaces reserved for cameras, temperature detection and other modules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 Center Cold Aisle Containment System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Cold Aisle Containment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 centers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rooms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Energy-efficiency retrofit projects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COLD-AISLE-CUSTOM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cold-aisle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cold-aisle</dc:title>
  <dc:subject>NexPro English product specification</dc:subject>
  <dc:creator>NexPro</dc:creator>
  <cp:keywords>COLD-AISLE-CUSTOM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