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IEC C13/C19 Locking PDU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SP5IEC139 | SPSIEC196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618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7_sp5iec139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1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01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6_sp5iec139_jack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1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6181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7_sp5iec139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1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69693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8_spsiec196_jack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6969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SP5IEC139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SP5IEC139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SPSIEC196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SPSIEC196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PDU with IEC C13 or C19 locking outlets for IT and data-center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pdu-iec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SP5IEC139 | SPSIEC196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IEC equipment racks, Server cabinets, Locking-outlet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SP5IEC139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SP5IEC139 9-Outlet IEC C13 Locking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SPSIEC196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SPSIEC196 9-Outlet IEC C19 Locking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SP5IEC139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SPSIEC196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specified in the catalog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specified in the catalog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9 × IEC 60320 C13 locking outlets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9 × IEC 60320 C19 locking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IEC C13/C19 Locking PDU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IEC C13/C19 Locking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IEC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Locking-outlet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SP5IEC139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IEC C13/C19 Locking PDU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IEC C13/C19 Locking PDU Series</dc:title>
  <dc:subject>NexPro English product specification</dc:subject>
  <dc:creator>NexPro</dc:creator>
  <cp:keywords>SP5IEC139, SPSIEC196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