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Metered PDU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SP5086 | SP5186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40117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8_pdu_socket_shell_detail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4011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46649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9_pdu_internal_busbar_detail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4664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52796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0_pdu_input_cable_detail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5279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112586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5_sp5186_product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11258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SP5086 · Structural Detail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SP5086 · Structural Detail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SP5086 · Structural Detail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SP5186 · Primary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49743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4_sp5186_meter_module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74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SP5186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 PDU with local voltage and current display for basic load monitoring.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pdu-metered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SP5086 | SP5186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racks, Network rooms, Load monitoring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Specification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Rated Load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SP5086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SP5086 16Ametered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× 2.5 mm²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4000 W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SP5186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SP5186 16Ametered PDU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SP5086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SP5186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Specification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× 2.5 mm²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 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 — Key Specifications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4000 W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 — Source Technical Data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16A Chinese-standard plug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Current and voltage display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Current and voltage display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16 A Chinese-standard outlets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8 × 10 A universal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Metered PDU 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Metered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Cable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3 m, 2.5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 — Key Specifications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16A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 — Source Technical Data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4000 W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Load monitoring projects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SP5086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Metered PDU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Metered PDU Series</dc:title>
  <dc:subject>NexPro English product specification</dc:subject>
  <dc:creator>NexPro</dc:creator>
  <cp:keywords>SP5086, SP5186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