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Surge-Protected Rack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SP1182-2 | SP3182 | SP5082 | SP5087 | SP5182 | SP61202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4195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4_sp1182_2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4195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3_sp3182_product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8109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2_sp3182_spd_modul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0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4_sp5082_16a_product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SP1182-2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SP3182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SP3182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3_sp5082_16a_plug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8_sp5082_32a_product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7_sp5082_32a_industrial_plug.pn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9_sp5087_product.pn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SP1182-2 | SP3182 | SP5082 | SP5087 | SP5182 | SP61202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SP1182-2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SP1182-2 Single-Row 1U High-Power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SP3182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SP3182 10 A SPDsurge-protected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SP5082 Surge-Protected Rack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SP5087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SP5087 16 A Switched Surge-Protected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SP5182 10 A SPDsurge-protected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SP61202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SP61202 20-Outlet Long-Form High-Power Surge-Protected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SP1182-2 | SP3182 | SP5082 | SP5087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SP1182-2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SP3182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SP5082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SP5087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Current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10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 A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Function Module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catalog states “hot plug lighting protection”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Output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8 × 10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Rated Load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8000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2500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Dimensions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Surge-Protected Rack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Surge-Protected Rack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Surge-Protected Rack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Surge-Protected Rack PDU Series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1.5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10A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Function Module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SPD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SPD surge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Switch + surge protection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Output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8 × 10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8 × 16 A Chinese-standard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8 × 16 A Chinese-standard outlets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Entity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Product group with selectable 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SP5182 | SP61202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SP5182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SP61202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1.5 mm²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 × 6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8000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32A industrial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surge protection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20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990 × 62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SP1182-2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Surge-Protected Rack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Surge-Protected Rack PDU Series</dc:title>
  <dc:subject>NexPro English product specification</dc:subject>
  <dc:creator>NexPro</dc:creator>
  <cp:keywords>SP1182-2, SP3182, SP5082, SP5087, SP5182, SP61202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