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PDU &amp; POWER DISTRIBUTION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Custom Intelligent PDU Series / Manufacturer Model Not Provided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PDU-SMART-CUSTOM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843582" cy="1142999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55_intelligent_pdu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3582" cy="1142999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221082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54_intelligent_pdu_diagram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08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PDU-SMART-CUSTOM · Primary · Series Reference View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PDU-SMART-CUSTOM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Intelligent rack power distribution with remote monitoring, control and environmental sensor expansion.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PDU &amp; Power Distribution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pdu-smart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PDU-SMART-CUSTOM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Monitored server racks, Remote power management, Data-room environmental monitoring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Local Interface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Communication / Expansion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Environmental Monitoring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PDU-SMART-CUSTOM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Custom Intelligent PDU Series / Manufacturer Model Not Provided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LCD display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Ethernet uplink and cascading interface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Temperature/humidity alarm, water leakage and smoke detection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Local Interface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LCD display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Communication / Expansion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Ethernet uplink and cascading interface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Environmental Monitoring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Temperature/humidity alarm, water leakage and smoke detection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Security Expansion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Access control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Core Functions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Remote control, real-time monitoring, data acquisition and cascading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Intelligent PDU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PDU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Monitored server racks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Remote power management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Data-room environmental monitoring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PDU-SMART-CUSTOM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Custom Intelligent PDU Series / Manufacturer Model Not Provided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Custom Intelligent PDU Series / Manufacturer Model Not Provided</dc:title>
  <dc:subject>NexPro English product specification</dc:subject>
  <dc:creator>NexPro</dc:creator>
  <cp:keywords>PDU-SMART-CUSTOM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