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Basic Switched Rack PDU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LS8113 | SP5181 | SP81097S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1_ls8113_socket_variant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0_ls8113_jack_detail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87150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0_ls8113_double_switch_modul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15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2_sp5181_product.pn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LS8113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LS8113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LS8113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SP5181 · Primary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61357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1_sp5181_10a_plug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3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354291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6_sp81097s_product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35429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SP5181 · Gallery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SP81097S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2 documented configurations are consolidated on this product-group page so buyers can compare specifications without duplicate catalog cards.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pdu-basic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LS8113 | SP5181 | SP81097S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racks, Security equipment cabinets, IT equipment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LS8113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LS8113 Basic Switched Rack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SP5181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SP5181 10 A basic switched rack PDU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 A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conductor cross-section 1.5 mm²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 A Chinese-standard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SP81097S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SP81097S dual-row independently switched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1.5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10A Chinese-standard plug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LS8113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SP5181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SP81097S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 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 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Conductor Cross-Section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2.5 mm² (catalog unit normalized for website display)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 — Source Technical Data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10A Chinese-standard plug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Switch 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Master switch protection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Switch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10 A new Chinese-standard outlets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8 × 10 A universal outlets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8 × 10 A universal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2500 W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2500 W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2500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485 × 44.5 × 44.5 mm (approx. 1U)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Basic Switched Rack PDU 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Basic Switched Rack PDU 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Basic Switched Rack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Entity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Product group with selectable configurations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3 m, conductor cross-section 1.5 mm²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3 m, 1.5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 — Key Specifications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10 A Chinese-standard plug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10A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PDU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equipment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IT equipment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LS8113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Basic Switched Rack PDU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jpg"/><Relationship Id="rId15" Type="http://schemas.openxmlformats.org/officeDocument/2006/relationships/image" Target="media/image6.png"/><Relationship Id="rId16" Type="http://schemas.openxmlformats.org/officeDocument/2006/relationships/image" Target="media/image7.jpg"/><Relationship Id="rId17" Type="http://schemas.openxmlformats.org/officeDocument/2006/relationships/image" Target="media/image8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Basic Switched Rack PDU Series</dc:title>
  <dc:subject>NexPro English product specification</dc:subject>
  <dc:creator>NexPro</dc:creator>
  <cp:keywords>LS8113, SP5181, SP81097S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