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RACK PDU &amp; POWER DISTRIBUTION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Circuit Breaker &amp; Overload Protection PDU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Models: DT7188 | SP5071 | SP51103 | SP5188 | SP6081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994409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47_dt7188_product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994409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253970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46_dt7188_overload_modul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397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994409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51_sp5071_air_switch_product.pn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994409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723615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50_sp5071_air_switch_module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723615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DT7188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DT7188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SP5071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SP5071 · Gallery</w:t>
            </w:r>
          </w:p>
        </w:tc>
      </w:tr>
    </w:tbl>
    <w:p>
      <w:pPr>
        <w:keepNext w:val="0"/>
        <w:spacing w:before="0" w:after="20" w:line="252" w:lineRule="auto"/>
      </w:pP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1052904"/>
                  <wp:docPr id="6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6_sp5071_industrial_product.jpg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105290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43000" cy="1143000"/>
                  <wp:docPr id="7" name="Picture 7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5_sp5071_16a_industrial_plug.jpg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1119208"/>
                  <wp:docPr id="8" name="Picture 8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53_sp51103_product.jpg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1119208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574054"/>
                  <wp:docPr id="9" name="Picture 9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52_sp51103_three_in_one_module.jpg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57405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SP5071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SP5071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SP51103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SP51103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Rack power distribution with circuit-breaker or overload-protection modules for enhanced overcurrent protection.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Rack PDU &amp; Power Distribution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pdu-breaker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DT7188 | SP5071 | SP51103 | SP5188 | SP6081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Server and network racks, Equipment cabinets, Overload-protected distribution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COMPARISON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Input Current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Input Cable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Input Plug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DT7188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DT7188 10 A Switched Overload-Protected PDU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10 A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3 m, 1.5 mm²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10A Chinese-standard plug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SP5071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SP5071 Circuit Breaker &amp; Overload Protection PDU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16 A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3 m, 2.5 mm²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Not provided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SP51103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SP51103 10-Outlet 3-in-1 Protection PDU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16 A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3 m, 2.5 mm²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16A Chinese-standard plug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SP5188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SP5188 16 A Switched Overload-Protected PDU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16 A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3 m, 2.5 mm²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16A Chinese-standard plug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SP6081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SP6081 32 A High-Power Circuit-Breaker PDU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32 A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Not provided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Not provided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p>
      <w:pPr>
        <w:keepNext/>
        <w:spacing w:before="0" w:after="60" w:line="252" w:lineRule="auto"/>
      </w:pPr>
      <w:r>
        <w:rPr>
          <w:rFonts w:ascii="Arial" w:hAnsi="Arial"/>
          <w:b/>
          <w:i w:val="0"/>
          <w:color w:val="0F4C81"/>
          <w:sz w:val="17"/>
        </w:rPr>
        <w:t>Models: DT7188 | SP5071 | SP51103 | SP5188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1980"/>
        <w:gridCol w:w="1980"/>
        <w:gridCol w:w="1980"/>
        <w:gridCol w:w="1980"/>
      </w:tblGrid>
      <w:tr>
        <w:trPr>
          <w:tblHeader w:val="true"/>
        </w:trPr>
        <w:tc>
          <w:tcPr>
            <w:tcW w:type="dxa" w:w="24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198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DT7188</w:t>
            </w:r>
          </w:p>
        </w:tc>
        <w:tc>
          <w:tcPr>
            <w:tcW w:type="dxa" w:w="198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SP5071</w:t>
            </w:r>
          </w:p>
        </w:tc>
        <w:tc>
          <w:tcPr>
            <w:tcW w:type="dxa" w:w="198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SP51103</w:t>
            </w:r>
          </w:p>
        </w:tc>
        <w:tc>
          <w:tcPr>
            <w:tcW w:type="dxa" w:w="198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SP5188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Input Current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10 A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16 A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16 A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16 A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Input Cable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3 m, 1.5 mm²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3 m, 2.5 mm²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3 m, 2.5 mm²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3 m, 2.5 mm²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Input Plug — Key Specifications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10A Chinese-standard plug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Not provided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16A Chinese-standard plug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16A Chinese-standard plug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Function Module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Switch + overload protection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Circuit breaker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3-in-1 protection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Switch + overload protection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Output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8 × 10 A universal outlets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7 × 16 A Chinese-standard outlets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10 × 10 A universal outlets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8 × 10 A universal outlets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Rated Load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2500 W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4000 W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4000 W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4000 W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Dimensions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485 × 44.5 × 44.5 mm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485 × 44.5 × 44.5 mm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485 × 44.5 × 44.5 mm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485 × 44.5 × 44.5 mm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Product series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Circuit Breaker &amp; Overload Protection PDU Series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Circuit Breaker &amp; Overload Protection PDU Series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Circuit Breaker &amp; Overload Protection PDU Series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Circuit Breaker &amp; Overload Protection PDU Series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Product category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PDU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Not provided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PDU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PDU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Configurations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Not provided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2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Not provided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Not provided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Input Plug — Source Technical Data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Not provided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16A Chinese-standard plug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Not provided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Not provided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Entity type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Not provided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Product group with selectable configurations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Not provided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Not provided</w:t>
            </w:r>
          </w:p>
        </w:tc>
      </w:tr>
    </w:tbl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7"/>
        </w:rPr>
        <w:t>Models: SP6081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Cable Specification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 × 4 mm²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Input Current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Rated Load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6000 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Input Plug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32A industrial plug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Function Module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Circuit breaker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Output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 × 16 A Chinese-standard outlets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Dimensions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485 × 44.5 × 44.5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Circuit Breaker &amp; Overload Protection PDU Series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PDU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Server and network racks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Equipment cabinets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Overload-protected distribution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application, rack or room position, destination-market interface and mounting requirement.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electrical, network, accessory or protection scope from the product family and project drawings.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labeling, packing and required documents before purchase order.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and project quantity · Lead time — Confirm after configuration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DT7188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Circuit Breaker &amp; Overload Protection PDU Series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jpg"/><Relationship Id="rId14" Type="http://schemas.openxmlformats.org/officeDocument/2006/relationships/image" Target="media/image5.png"/><Relationship Id="rId15" Type="http://schemas.openxmlformats.org/officeDocument/2006/relationships/image" Target="media/image6.jpg"/><Relationship Id="rId16" Type="http://schemas.openxmlformats.org/officeDocument/2006/relationships/image" Target="media/image7.jpg"/><Relationship Id="rId17" Type="http://schemas.openxmlformats.org/officeDocument/2006/relationships/image" Target="media/image8.jpg"/><Relationship Id="rId18" Type="http://schemas.openxmlformats.org/officeDocument/2006/relationships/image" Target="media/image9.jpg"/><Relationship Id="rId19" Type="http://schemas.openxmlformats.org/officeDocument/2006/relationships/image" Target="media/image10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Circuit Breaker &amp; Overload Protection PDU Series</dc:title>
  <dc:subject>NexPro English product specification</dc:subject>
  <dc:creator>NexPro</dc:creator>
  <cp:keywords>DT7188, SP5071, SP51103, SP5188, SP6081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