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High-Power &amp; Special I/O PDU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DS8118 | SP51104 | SP5281 | SP9041S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401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8_pdu_socket_shell_detai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401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46649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09_pdu_internal_busbar_detai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4664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5279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0_pdu_input_cable_detail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5279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16205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9_sp51104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162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DS8118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DS8118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DS8118 · Structural Detail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SP51104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56087" cy="114300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8_sp51104_indicator_module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08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15106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7_five_core_balanced_input_wiring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151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08661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5_sp5281_product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0866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7684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4_sp5281_jack_detail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68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SP51104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SP51104 · Input Wiring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SP5281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SP5281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High-power and special-input/output rack PDU configurations for project-specific power distribution.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pdu-special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DS8118 | SP51104 | SP5281 | SP9041S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racks, High-load cabinets, Project-configured power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Cable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Method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DS8118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DS8118 Hardwired 8-Outlet New Chinese-Standard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 input cable; terminal-block / hardwired input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SP51104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SP51104 High-Power &amp; Special I/O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SP5281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SP5281 16 A Universal-Outlet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A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 m, 2.5 mm²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SP9041S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SP9041S 4-Outlet 16 A High-Power Terminal-Block PDU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 A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Not provided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DS8118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SP51104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SP5281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SP9041S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Method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 input cable; terminal-block / hardwired input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Current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16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16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16 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32 A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Rated Load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4000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Function Module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Switch protection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Power indicator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Switch protection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Output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8 × 10 A new Chinese-standard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10 × 10 A universal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8 × 16 A universal outlets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Dimensions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485 × 44.5 × 44.5 mm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High-Power &amp; Special I/O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High-Power &amp; Special I/O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High-Power &amp; Special I/O PDU Series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High-Power &amp; Special I/O PDU Series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PDU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Configurations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2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Cable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2.5 mm²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3 m, 2.5 mm²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Plug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16A Chinese-standard plug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Rated Load — Source Technical Data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4000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4000 W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8000 W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Entity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Product group with selectable configurations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Input Plug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16A Chinese-standard plug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Function Module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Junction box / terminal block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Output — Key Specifications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Not provided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4 × 16 A Chinese-standard outlets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Special-input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High-load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Project-configured power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DS8118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High-Power &amp; Special I/O PDU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High-Power &amp; Special I/O PDU Series</dc:title>
  <dc:subject>NexPro English product specification</dc:subject>
  <dc:creator>NexPro</dc:creator>
  <cp:keywords>DS8118, SP51104, SP5281, SP9041S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