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PDU &amp; POWER DISTRIBUTION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SPSIEC196 9-Outlet IEC C19 Locking PDU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SPSIEC196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16181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39_spsiec196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618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16743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38_spsiec196_jack_detail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674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SPSIEC196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SPSIEC196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Rack PDU with IEC C13 or C19 locking outlets for IT and data-center equipment.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PDU &amp; Power Distribution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pdu-iec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SPSIEC196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IEC equipment racks, Server cabinets, Locking-outlet power distribution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Current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Cable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Plug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SPSIEC196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SPSIEC196 9-Outlet IEC C19 Locking PDU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16 A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 m, 2.5 mm²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16A Chinese-standard plug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 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Cable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m, 2.5 mm²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Plug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16A Chinese-standard plug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Function Module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specified in the catalog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Output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9 × IEC 60320 C19 locking outlets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Rated Load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4000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× 44.5 × 44.5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IEC C13/C19 Locking PDU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PDU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IEC equipment racks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Server cabinets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Locking-outlet power distribution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SPSIEC196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pdu-iec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pdu-iec</dc:title>
  <dc:subject>NexPro English product specification</dc:subject>
  <dc:creator>NexPro</dc:creator>
  <cp:keywords>SPSIEC196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