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SP9041S 4-Outlet 16 A High-Power Terminal-Block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SP9041S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102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5_sp9041s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102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SP9041S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High-power and special-input/output rack PDU configurations for project-specific power distribution.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pdu-special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SP9041S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racks, High-load cabinets, Project-configured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Function Module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Output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SP9041S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SP9041S 4-Outlet 16 A High-Power Terminal-Block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Junction box / terminal block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 × 16 A Chinese-standard outlets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Junction box / terminal block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× 16 A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High-Power &amp; Special I/O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Project-configured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SP9041S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pdu-special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pdu-special</dc:title>
  <dc:subject>NexPro English product specification</dc:subject>
  <dc:creator>NexPro</dc:creator>
  <cp:keywords>SP9041S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