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SP81097S dual-row independently switched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SP81097S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35429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6_sp81097s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35429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SP81097S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Centralized rack power distribution with master or independent switch control for network, security and IT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pdu-basic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SP81097S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equipment cabinets, IT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SP81097S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SP81097S dual-row independently switched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1.5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1.5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Basic Switched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IT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SP81097S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pdu-basic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pdu-basic</dc:title>
  <dc:subject>NexPro English product specification</dc:subject>
  <dc:creator>NexPro</dc:creator>
  <cp:keywords>SP81097S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