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SP61202 20-Outlet Long-Form High-Power Surge-Protected PDU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SP61202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1201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8_pdu_socket_shell_detail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201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00888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9_pdu_internal_busbar_detail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88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90560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0_pdu_input_cable_detail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56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SP61202 · Structural Detail · Series Reference View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SP61202 · Structural Detail · Series Reference View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SP61202 · Structural Detail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Rack power distribution with integrated surge protection for 10 A, 16 A and 32 A input configurations.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pdu-spd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SP61202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racks, Security cabinets, Surge-protected equipment distribution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Specification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Rated Load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SP61202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SP61202 20-Outlet Long-Form High-Power Surge-Protected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× 6 mm²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32 A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8000 W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Specification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× 6 mm²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8000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Plug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32A industrial plug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Function Module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SPD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Output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20 × 10 A universal outlets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990 × 62 × 44.5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Surge-Protected Rack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Security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Surge-protected equipment distribution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SP61202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pdu-spd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pdu-spd</dc:title>
  <dc:subject>NexPro English product specification</dc:subject>
  <dc:creator>NexPro</dc:creator>
  <cp:keywords>SP61202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