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SP6081 32 A High-Power Circuit-Breaker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SP6081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1201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8_pdu_socket_shell_detail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01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088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9_pdu_internal_busbar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88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9056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0_pdu_input_cable_detail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56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SP6081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SP6081 · Structural Detail · Series Reference View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SP6081 · Structural Detail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circuit-breaker or overload-protection modules for enhanced overcurrent protection.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pdu-breaker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SP6081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racks, Equipment cabinets, Overload-protected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Rated Load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SP6081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SP6081 32 A High-Power Circuit-Breaker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× 4 mm²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 A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6000 W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× 4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32A industrial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Circuit breaker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16 A Chinese-standard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Circuit Breaker &amp; Overload Protection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and 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Overload-protected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SP6081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pdu-breaker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pdu-breaker</dc:title>
  <dc:subject>NexPro English product specification</dc:subject>
  <dc:creator>NexPro</dc:creator>
  <cp:keywords>SP6081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