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SP5IEC139 9-Outlet IEC C13 Locking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SP5IEC139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1618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7_sp5iec139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1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3015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6_sp5iec139_jack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1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SP5IEC139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SP5IEC139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PDU with IEC C13 or C19 locking outlets for IT and data-center equipment.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pdu-iec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SP5IEC139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IEC equipment racks, Server cabinets, Locking-outlet power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SP5IEC139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SP5IEC139 9-Outlet IEC C13 Locking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specified in the catalog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9 × IEC 60320 C13 locking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IEC C13/C19 Locking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IEC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Locking-outlet power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SP5IEC139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pdu-iec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pdu-iec</dc:title>
  <dc:subject>NexPro English product specification</dc:subject>
  <dc:creator>NexPro</dc:creator>
  <cp:keywords>SP5IEC139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