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SP5281 16 A Universal-Outlet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SP5281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669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5_sp5281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9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7684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4_sp5281_jack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68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SP5281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SP5281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High-power and special-input/output rack PDU configurations for project-specific power distribution.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pdu-special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SP5281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racks, High-load cabinets, Project-configured power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SP5281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SP5281 16 A Universal-Outlet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Switch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16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High-Power &amp; Special I/O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High-load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Project-configured power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SP5281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pdu-special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pdu-special</dc:title>
  <dc:subject>NexPro English product specification</dc:subject>
  <dc:creator>NexPro</dc:creator>
  <cp:keywords>SP5281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