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SP5188 16 A Switched Overload-Protected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SP5188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3_sp5188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2_sp5188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SP5188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SP5188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circuit-breaker or overload-protection modules for enhanced overcurrent protection.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SP5188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SP5188 16 A Switched Overload-Protected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+ overload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SP5188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pdu-breaker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pdu-breaker</dc:title>
  <dc:subject>NexPro English product specification</dc:subject>
  <dc:creator>NexPro</dc:creator>
  <cp:keywords>SP5188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