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SP5186 16Ametered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SP5186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6212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5_sp5186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12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4974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4_sp5186_meter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7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SP5186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SP5186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PDU with local voltage and current display for basic load monitoring.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pdu-metered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SP5186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racks, Network rooms, Load monitoring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SP5186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SP5186 16Ametered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Current and voltage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Metered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 monitoring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SP5186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pdu-metered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pdu-metered</dc:title>
  <dc:subject>NexPro English product specification</dc:subject>
  <dc:creator>NexPro</dc:creator>
  <cp:keywords>SP5186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