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SP5182 10 A SPDsurge-protected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1201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0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08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9056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5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SP5182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SP5182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SP5182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SP5182 10 A SPDsurge-protected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× 1.5 mm²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2500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SP5182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SP5182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