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SP5181 10 A basic switched rack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SP5181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2_sp5181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613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1_sp5181_10a_plu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3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Centralized rack power distribution with master or independent switch control for network, security and IT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pdu-basic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SP5181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equipment cabinets, IT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SP5181 10 A basic switched rack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conductor cross-section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conductor cross-section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Master 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 (approx. 1U)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IT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SP5181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pdu-basic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pdu-basic</dc:title>
  <dc:subject>NexPro English product specification</dc:subject>
  <dc:creator>NexPro</dc:creator>
  <cp:keywords>SP5181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