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SP51104 High-Power &amp; Special I/O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SP51104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5770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9_sp51104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7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608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8_sp51104_indicator_modu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0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43463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7_five_core_balanced_input_wir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3463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SP51104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SP51104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SP51104 · Input Wiring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pdu-special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SP51104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racks, High-load cabinets, Project-configured power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SP51104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SP51104 High-Power &amp; Special I/O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indicator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High-Power &amp; Special I/O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Project-configured power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SP51104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pdu-special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pdu-special</dc:title>
  <dc:subject>NexPro English product specification</dc:subject>
  <dc:creator>NexPro</dc:creator>
  <cp:keywords>SP51104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