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SP51103 10-Outlet 3-in-1 Protection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SP51103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40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3_sp51103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0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9179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2_sp51103_three_in_one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9179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circuit-breaker or overload-protection modules for enhanced overcurrent protection.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SP51103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SP51103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SP51103 10-Outlet 3-in-1 Protection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3-in-1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SP51103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pdu-breaker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pdu-breaker</dc:title>
  <dc:subject>NexPro English product specification</dc:subject>
  <dc:creator>NexPro</dc:creator>
  <cp:keywords>SP51103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